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1: Whose Land? Whose Story?</w:t>
      </w:r>
    </w:p>
    <w:p>
      <w:pPr>
        <w:spacing w:after="200"/>
        <w:jc w:val="center"/>
      </w:pPr>
      <w:r>
        <w:rPr>
          <w:b w:val="0"/>
          <w:i/>
          <w:sz w:val="20"/>
        </w:rPr>
        <w:t>Grade 5/6 Social Studies  -  People on the Move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Whose traditional territory is our school on? Name one First Peoples nation.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way First Peoples used or cared for the land.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How is First Peoples' relationship to land different from buying and owning property? Write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give a territory acknowledgement in my own words.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